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D385A2" w14:textId="77777777" w:rsidR="00B667A9" w:rsidRDefault="00B667A9">
      <w:pPr>
        <w:jc w:val="center"/>
        <w:rPr>
          <w:b/>
          <w:sz w:val="32"/>
        </w:rPr>
      </w:pPr>
    </w:p>
    <w:p w14:paraId="1BBAB4BB" w14:textId="08FD3B2B" w:rsidR="00D11F1D" w:rsidRDefault="00A30F94">
      <w:pPr>
        <w:jc w:val="center"/>
      </w:pPr>
      <w:r>
        <w:rPr>
          <w:b/>
          <w:sz w:val="32"/>
        </w:rPr>
        <w:t>NON-NHS / PRIVATE WORK REQUEST FORM</w:t>
      </w:r>
    </w:p>
    <w:p w14:paraId="64B434B6" w14:textId="77777777" w:rsidR="00D11F1D" w:rsidRDefault="00A30F94">
      <w:pPr>
        <w:jc w:val="center"/>
      </w:pPr>
      <w:r>
        <w:rPr>
          <w:i/>
        </w:rPr>
        <w:t>For requests requiring administrative, medical or private GP work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56"/>
        <w:gridCol w:w="5256"/>
      </w:tblGrid>
      <w:tr w:rsidR="00D11F1D" w14:paraId="5311A789" w14:textId="77777777">
        <w:trPr>
          <w:jc w:val="center"/>
        </w:trPr>
        <w:tc>
          <w:tcPr>
            <w:tcW w:w="5256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163B342E" w14:textId="164E167D" w:rsidR="00D11F1D" w:rsidRDefault="00B667A9">
            <w:r>
              <w:t>Date received: __________________</w:t>
            </w:r>
          </w:p>
        </w:tc>
        <w:tc>
          <w:tcPr>
            <w:tcW w:w="5256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784D931D" w14:textId="77777777" w:rsidR="00D11F1D" w:rsidRDefault="00A30F94">
            <w:r>
              <w:t>Date completed: __________________</w:t>
            </w:r>
          </w:p>
        </w:tc>
      </w:tr>
    </w:tbl>
    <w:p w14:paraId="6755111A" w14:textId="77777777" w:rsidR="00D11F1D" w:rsidRDefault="00D11F1D"/>
    <w:p w14:paraId="457E0696" w14:textId="77777777" w:rsidR="00D11F1D" w:rsidRDefault="00A30F94">
      <w:r>
        <w:rPr>
          <w:b/>
          <w:sz w:val="22"/>
        </w:rPr>
        <w:t>1. PATIENT DETAILS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040"/>
        <w:gridCol w:w="5040"/>
      </w:tblGrid>
      <w:tr w:rsidR="00D11F1D" w14:paraId="4408D832" w14:textId="77777777">
        <w:trPr>
          <w:jc w:val="center"/>
        </w:trPr>
        <w:tc>
          <w:tcPr>
            <w:tcW w:w="504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ECF70CD" w14:textId="77777777" w:rsidR="00D11F1D" w:rsidRDefault="00A30F94">
            <w:r>
              <w:t>Full name:</w:t>
            </w:r>
          </w:p>
        </w:tc>
        <w:tc>
          <w:tcPr>
            <w:tcW w:w="504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72726D0" w14:textId="77777777" w:rsidR="00D11F1D" w:rsidRDefault="00A30F94">
            <w:r>
              <w:t>Date of birth:</w:t>
            </w:r>
          </w:p>
        </w:tc>
      </w:tr>
      <w:tr w:rsidR="00D11F1D" w14:paraId="747AE196" w14:textId="77777777">
        <w:trPr>
          <w:jc w:val="center"/>
        </w:trPr>
        <w:tc>
          <w:tcPr>
            <w:tcW w:w="504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25ADFD1" w14:textId="77777777" w:rsidR="00D11F1D" w:rsidRDefault="00A30F94">
            <w:r>
              <w:t>Address:</w:t>
            </w:r>
          </w:p>
        </w:tc>
        <w:tc>
          <w:tcPr>
            <w:tcW w:w="504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3490CC0" w14:textId="77777777" w:rsidR="00D11F1D" w:rsidRDefault="00A30F94">
            <w:r>
              <w:t>Postcode:</w:t>
            </w:r>
          </w:p>
        </w:tc>
      </w:tr>
      <w:tr w:rsidR="00D11F1D" w14:paraId="2A294710" w14:textId="77777777">
        <w:trPr>
          <w:jc w:val="center"/>
        </w:trPr>
        <w:tc>
          <w:tcPr>
            <w:tcW w:w="504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92D2E68" w14:textId="77777777" w:rsidR="00D11F1D" w:rsidRDefault="00A30F94">
            <w:r>
              <w:t>Telephone:</w:t>
            </w:r>
          </w:p>
        </w:tc>
        <w:tc>
          <w:tcPr>
            <w:tcW w:w="504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55A0972" w14:textId="77777777" w:rsidR="00D11F1D" w:rsidRDefault="00A30F94">
            <w:r>
              <w:t>Email:</w:t>
            </w:r>
          </w:p>
        </w:tc>
      </w:tr>
      <w:tr w:rsidR="00D11F1D" w14:paraId="3C4B6377" w14:textId="77777777">
        <w:trPr>
          <w:jc w:val="center"/>
        </w:trPr>
        <w:tc>
          <w:tcPr>
            <w:tcW w:w="5040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C97F2D4" w14:textId="76A30AC2" w:rsidR="00D11F1D" w:rsidRDefault="00D11F1D"/>
        </w:tc>
      </w:tr>
      <w:tr w:rsidR="00D11F1D" w14:paraId="60514861" w14:textId="77777777">
        <w:trPr>
          <w:jc w:val="center"/>
        </w:trPr>
        <w:tc>
          <w:tcPr>
            <w:tcW w:w="5040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CA57091" w14:textId="77777777" w:rsidR="00B667A9" w:rsidRDefault="00A30F94">
            <w:r>
              <w:t xml:space="preserve">If someone is completing this form on the patient's behalf, please state their name and relationship: </w:t>
            </w:r>
          </w:p>
          <w:p w14:paraId="494A51C8" w14:textId="77777777" w:rsidR="00B667A9" w:rsidRDefault="00B667A9"/>
          <w:p w14:paraId="3333ABC4" w14:textId="2F1810D4" w:rsidR="00D11F1D" w:rsidRDefault="00A30F94">
            <w:r>
              <w:t>__________________________________________</w:t>
            </w:r>
          </w:p>
        </w:tc>
      </w:tr>
    </w:tbl>
    <w:p w14:paraId="636B595C" w14:textId="77777777" w:rsidR="00D11F1D" w:rsidRDefault="00A30F94">
      <w:r>
        <w:rPr>
          <w:b/>
          <w:sz w:val="22"/>
        </w:rPr>
        <w:t>2. REQUESTED NON-NHS / PRIVATE WORK</w:t>
      </w:r>
    </w:p>
    <w:p w14:paraId="28501170" w14:textId="77777777" w:rsidR="00D11F1D" w:rsidRDefault="00A30F94">
      <w:pPr>
        <w:spacing w:after="100"/>
      </w:pPr>
      <w:r>
        <w:t>Please tick the appropriate request. Fees are payable for private/non-NHS work unless stated otherwise. The maximum time is an estimated working-day timescale and may vary depending on the information required.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92"/>
        <w:gridCol w:w="7344"/>
        <w:gridCol w:w="1080"/>
        <w:gridCol w:w="1512"/>
      </w:tblGrid>
      <w:tr w:rsidR="00D11F1D" w14:paraId="3077CF99" w14:textId="77777777">
        <w:trPr>
          <w:tblHeader/>
          <w:jc w:val="center"/>
        </w:trPr>
        <w:tc>
          <w:tcPr>
            <w:tcW w:w="792" w:type="dxa"/>
            <w:shd w:val="clear" w:color="auto" w:fill="1F4E78"/>
            <w:tcMar>
              <w:top w:w="55" w:type="dxa"/>
              <w:left w:w="60" w:type="dxa"/>
              <w:bottom w:w="55" w:type="dxa"/>
              <w:right w:w="60" w:type="dxa"/>
            </w:tcMar>
          </w:tcPr>
          <w:p w14:paraId="22B9C88F" w14:textId="77777777" w:rsidR="00D11F1D" w:rsidRPr="00B667A9" w:rsidRDefault="00A30F94">
            <w:pPr>
              <w:jc w:val="center"/>
              <w:rPr>
                <w:color w:val="FFFFFF" w:themeColor="background1"/>
              </w:rPr>
            </w:pPr>
            <w:r w:rsidRPr="00B667A9">
              <w:rPr>
                <w:b/>
                <w:color w:val="FFFFFF" w:themeColor="background1"/>
                <w:sz w:val="16"/>
              </w:rPr>
              <w:t>Select</w:t>
            </w:r>
          </w:p>
        </w:tc>
        <w:tc>
          <w:tcPr>
            <w:tcW w:w="7344" w:type="dxa"/>
            <w:shd w:val="clear" w:color="auto" w:fill="1F4E78"/>
            <w:tcMar>
              <w:top w:w="55" w:type="dxa"/>
              <w:left w:w="60" w:type="dxa"/>
              <w:bottom w:w="55" w:type="dxa"/>
              <w:right w:w="60" w:type="dxa"/>
            </w:tcMar>
          </w:tcPr>
          <w:p w14:paraId="4C4FEBBE" w14:textId="77777777" w:rsidR="00D11F1D" w:rsidRPr="00B667A9" w:rsidRDefault="00A30F94">
            <w:pPr>
              <w:jc w:val="center"/>
              <w:rPr>
                <w:color w:val="FFFFFF" w:themeColor="background1"/>
              </w:rPr>
            </w:pPr>
            <w:r w:rsidRPr="00B667A9">
              <w:rPr>
                <w:b/>
                <w:color w:val="FFFFFF" w:themeColor="background1"/>
                <w:sz w:val="16"/>
              </w:rPr>
              <w:t>Patient request</w:t>
            </w:r>
          </w:p>
        </w:tc>
        <w:tc>
          <w:tcPr>
            <w:tcW w:w="1080" w:type="dxa"/>
            <w:shd w:val="clear" w:color="auto" w:fill="1F4E78"/>
            <w:tcMar>
              <w:top w:w="55" w:type="dxa"/>
              <w:left w:w="60" w:type="dxa"/>
              <w:bottom w:w="55" w:type="dxa"/>
              <w:right w:w="60" w:type="dxa"/>
            </w:tcMar>
          </w:tcPr>
          <w:p w14:paraId="3113B10A" w14:textId="77777777" w:rsidR="00D11F1D" w:rsidRPr="00B667A9" w:rsidRDefault="00A30F94">
            <w:pPr>
              <w:jc w:val="center"/>
              <w:rPr>
                <w:color w:val="FFFFFF" w:themeColor="background1"/>
              </w:rPr>
            </w:pPr>
            <w:r w:rsidRPr="00B667A9">
              <w:rPr>
                <w:b/>
                <w:color w:val="FFFFFF" w:themeColor="background1"/>
                <w:sz w:val="16"/>
              </w:rPr>
              <w:t>Fee</w:t>
            </w:r>
          </w:p>
        </w:tc>
        <w:tc>
          <w:tcPr>
            <w:tcW w:w="1512" w:type="dxa"/>
            <w:shd w:val="clear" w:color="auto" w:fill="1F4E78"/>
            <w:tcMar>
              <w:top w:w="55" w:type="dxa"/>
              <w:left w:w="60" w:type="dxa"/>
              <w:bottom w:w="55" w:type="dxa"/>
              <w:right w:w="60" w:type="dxa"/>
            </w:tcMar>
          </w:tcPr>
          <w:p w14:paraId="5B7B9E61" w14:textId="77777777" w:rsidR="00D11F1D" w:rsidRPr="00B667A9" w:rsidRDefault="00A30F94">
            <w:pPr>
              <w:jc w:val="center"/>
              <w:rPr>
                <w:color w:val="FFFFFF" w:themeColor="background1"/>
              </w:rPr>
            </w:pPr>
            <w:r w:rsidRPr="00B667A9">
              <w:rPr>
                <w:b/>
                <w:color w:val="FFFFFF" w:themeColor="background1"/>
                <w:sz w:val="16"/>
              </w:rPr>
              <w:t>Maximum time</w:t>
            </w:r>
            <w:r w:rsidRPr="00B667A9">
              <w:rPr>
                <w:b/>
                <w:color w:val="FFFFFF" w:themeColor="background1"/>
                <w:sz w:val="16"/>
              </w:rPr>
              <w:br/>
              <w:t>(working days)</w:t>
            </w:r>
          </w:p>
        </w:tc>
      </w:tr>
      <w:tr w:rsidR="00D11F1D" w14:paraId="0E448962" w14:textId="77777777">
        <w:trPr>
          <w:jc w:val="center"/>
        </w:trPr>
        <w:tc>
          <w:tcPr>
            <w:tcW w:w="792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7F63EAAF" w14:textId="77777777" w:rsidR="00D11F1D" w:rsidRDefault="00A30F94">
            <w:pPr>
              <w:jc w:val="center"/>
            </w:pPr>
            <w:r>
              <w:rPr>
                <w:sz w:val="15"/>
              </w:rPr>
              <w:t>☐</w:t>
            </w:r>
          </w:p>
        </w:tc>
        <w:tc>
          <w:tcPr>
            <w:tcW w:w="7344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372F2E11" w14:textId="77777777" w:rsidR="00D11F1D" w:rsidRDefault="00A30F94">
            <w:r>
              <w:rPr>
                <w:sz w:val="15"/>
              </w:rPr>
              <w:t>Extract / Copy from OWN medical records (specific details required – form to be completed)</w:t>
            </w:r>
          </w:p>
        </w:tc>
        <w:tc>
          <w:tcPr>
            <w:tcW w:w="1080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28070AA2" w14:textId="77777777" w:rsidR="00D11F1D" w:rsidRDefault="00A30F94">
            <w:pPr>
              <w:jc w:val="center"/>
            </w:pPr>
            <w:r>
              <w:rPr>
                <w:sz w:val="15"/>
              </w:rPr>
              <w:t>No Fee</w:t>
            </w:r>
          </w:p>
        </w:tc>
        <w:tc>
          <w:tcPr>
            <w:tcW w:w="1512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312FB521" w14:textId="77777777" w:rsidR="00D11F1D" w:rsidRDefault="00A30F94">
            <w:pPr>
              <w:jc w:val="center"/>
            </w:pPr>
            <w:r>
              <w:rPr>
                <w:sz w:val="15"/>
              </w:rPr>
              <w:t>28</w:t>
            </w:r>
          </w:p>
        </w:tc>
      </w:tr>
      <w:tr w:rsidR="00D11F1D" w14:paraId="623C6976" w14:textId="77777777">
        <w:trPr>
          <w:jc w:val="center"/>
        </w:trPr>
        <w:tc>
          <w:tcPr>
            <w:tcW w:w="792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765738A2" w14:textId="77777777" w:rsidR="00D11F1D" w:rsidRDefault="00A30F94">
            <w:pPr>
              <w:jc w:val="center"/>
            </w:pPr>
            <w:r>
              <w:rPr>
                <w:sz w:val="15"/>
              </w:rPr>
              <w:t>☐</w:t>
            </w:r>
          </w:p>
        </w:tc>
        <w:tc>
          <w:tcPr>
            <w:tcW w:w="7344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0B249C5C" w14:textId="165C3E15" w:rsidR="00D11F1D" w:rsidRDefault="00A30F94">
            <w:r>
              <w:rPr>
                <w:sz w:val="15"/>
              </w:rPr>
              <w:t xml:space="preserve">Full Copy of OWN medical records (specific details required – form to be </w:t>
            </w:r>
            <w:proofErr w:type="gramStart"/>
            <w:r w:rsidR="00EF31FD">
              <w:rPr>
                <w:sz w:val="15"/>
              </w:rPr>
              <w:t xml:space="preserve">completed)   </w:t>
            </w:r>
            <w:proofErr w:type="gramEnd"/>
            <w:r w:rsidR="00EF31FD">
              <w:rPr>
                <w:sz w:val="15"/>
              </w:rPr>
              <w:t xml:space="preserve">                   </w:t>
            </w:r>
            <w:proofErr w:type="gramStart"/>
            <w:r w:rsidR="00EF31FD">
              <w:rPr>
                <w:sz w:val="15"/>
              </w:rPr>
              <w:t xml:space="preserve">   (</w:t>
            </w:r>
            <w:proofErr w:type="gramEnd"/>
            <w:r w:rsidR="00EF31FD">
              <w:rPr>
                <w:sz w:val="15"/>
              </w:rPr>
              <w:t>Additional copies will incur a fee</w:t>
            </w:r>
            <w:r w:rsidR="00EF31FD">
              <w:rPr>
                <w:sz w:val="15"/>
              </w:rPr>
              <w:t>)</w:t>
            </w:r>
          </w:p>
        </w:tc>
        <w:tc>
          <w:tcPr>
            <w:tcW w:w="1080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168F327E" w14:textId="42CC6376" w:rsidR="00D11F1D" w:rsidRDefault="00753BF1">
            <w:pPr>
              <w:jc w:val="center"/>
            </w:pPr>
            <w:r>
              <w:rPr>
                <w:sz w:val="15"/>
              </w:rPr>
              <w:t>1</w:t>
            </w:r>
            <w:r w:rsidRPr="00753BF1">
              <w:rPr>
                <w:sz w:val="15"/>
                <w:vertAlign w:val="superscript"/>
              </w:rPr>
              <w:t>st</w:t>
            </w:r>
            <w:r>
              <w:rPr>
                <w:sz w:val="15"/>
              </w:rPr>
              <w:t xml:space="preserve"> copy of records -</w:t>
            </w:r>
            <w:r w:rsidR="00A30F94">
              <w:rPr>
                <w:sz w:val="15"/>
              </w:rPr>
              <w:t>No Fee</w:t>
            </w:r>
            <w:r w:rsidR="00EF31FD">
              <w:rPr>
                <w:sz w:val="15"/>
              </w:rPr>
              <w:t xml:space="preserve">. </w:t>
            </w:r>
          </w:p>
        </w:tc>
        <w:tc>
          <w:tcPr>
            <w:tcW w:w="1512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0E90C0AD" w14:textId="77777777" w:rsidR="00D11F1D" w:rsidRDefault="00A30F94">
            <w:pPr>
              <w:jc w:val="center"/>
            </w:pPr>
            <w:r>
              <w:rPr>
                <w:sz w:val="15"/>
              </w:rPr>
              <w:t>28</w:t>
            </w:r>
          </w:p>
        </w:tc>
      </w:tr>
      <w:tr w:rsidR="00D11F1D" w14:paraId="3223F86E" w14:textId="77777777">
        <w:trPr>
          <w:jc w:val="center"/>
        </w:trPr>
        <w:tc>
          <w:tcPr>
            <w:tcW w:w="792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42A6D20C" w14:textId="77777777" w:rsidR="00D11F1D" w:rsidRDefault="00A30F94">
            <w:pPr>
              <w:jc w:val="center"/>
            </w:pPr>
            <w:r>
              <w:rPr>
                <w:sz w:val="15"/>
              </w:rPr>
              <w:t>☐</w:t>
            </w:r>
          </w:p>
        </w:tc>
        <w:tc>
          <w:tcPr>
            <w:tcW w:w="7344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14D4EBB5" w14:textId="77777777" w:rsidR="00D11F1D" w:rsidRDefault="00A30F94">
            <w:r>
              <w:rPr>
                <w:sz w:val="15"/>
              </w:rPr>
              <w:t>Letter confirming registration (no clinical details)</w:t>
            </w:r>
          </w:p>
        </w:tc>
        <w:tc>
          <w:tcPr>
            <w:tcW w:w="1080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47632DF5" w14:textId="77777777" w:rsidR="00D11F1D" w:rsidRDefault="00A30F94">
            <w:pPr>
              <w:jc w:val="center"/>
            </w:pPr>
            <w:r>
              <w:rPr>
                <w:sz w:val="15"/>
              </w:rPr>
              <w:t>£20</w:t>
            </w:r>
          </w:p>
        </w:tc>
        <w:tc>
          <w:tcPr>
            <w:tcW w:w="1512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42E6FA7A" w14:textId="77777777" w:rsidR="00D11F1D" w:rsidRDefault="00A30F94">
            <w:pPr>
              <w:jc w:val="center"/>
            </w:pPr>
            <w:r>
              <w:rPr>
                <w:sz w:val="15"/>
              </w:rPr>
              <w:t>7–10</w:t>
            </w:r>
          </w:p>
        </w:tc>
      </w:tr>
      <w:tr w:rsidR="00D11F1D" w14:paraId="2B9600A1" w14:textId="77777777">
        <w:trPr>
          <w:jc w:val="center"/>
        </w:trPr>
        <w:tc>
          <w:tcPr>
            <w:tcW w:w="792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28FE7332" w14:textId="77777777" w:rsidR="00D11F1D" w:rsidRDefault="00A30F94">
            <w:pPr>
              <w:jc w:val="center"/>
            </w:pPr>
            <w:r>
              <w:rPr>
                <w:sz w:val="15"/>
              </w:rPr>
              <w:t>☐</w:t>
            </w:r>
          </w:p>
        </w:tc>
        <w:tc>
          <w:tcPr>
            <w:tcW w:w="7344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449619D5" w14:textId="77777777" w:rsidR="00D11F1D" w:rsidRDefault="00A30F94">
            <w:r>
              <w:rPr>
                <w:sz w:val="15"/>
              </w:rPr>
              <w:t>Certificates (private sick certificate)</w:t>
            </w:r>
          </w:p>
        </w:tc>
        <w:tc>
          <w:tcPr>
            <w:tcW w:w="1080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4D69E3F5" w14:textId="77777777" w:rsidR="00D11F1D" w:rsidRDefault="00A30F94">
            <w:pPr>
              <w:jc w:val="center"/>
            </w:pPr>
            <w:r>
              <w:rPr>
                <w:sz w:val="15"/>
              </w:rPr>
              <w:t>£30</w:t>
            </w:r>
          </w:p>
        </w:tc>
        <w:tc>
          <w:tcPr>
            <w:tcW w:w="1512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725B1733" w14:textId="77777777" w:rsidR="00D11F1D" w:rsidRDefault="00A30F94">
            <w:pPr>
              <w:jc w:val="center"/>
            </w:pPr>
            <w:r>
              <w:rPr>
                <w:sz w:val="15"/>
              </w:rPr>
              <w:t>15</w:t>
            </w:r>
          </w:p>
        </w:tc>
      </w:tr>
      <w:tr w:rsidR="00D11F1D" w14:paraId="168FE33F" w14:textId="77777777">
        <w:trPr>
          <w:jc w:val="center"/>
        </w:trPr>
        <w:tc>
          <w:tcPr>
            <w:tcW w:w="792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34A2F921" w14:textId="77777777" w:rsidR="00D11F1D" w:rsidRDefault="00A30F94">
            <w:pPr>
              <w:jc w:val="center"/>
            </w:pPr>
            <w:r>
              <w:rPr>
                <w:sz w:val="15"/>
              </w:rPr>
              <w:t>☐</w:t>
            </w:r>
          </w:p>
        </w:tc>
        <w:tc>
          <w:tcPr>
            <w:tcW w:w="7344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6B3C3C41" w14:textId="05B8F857" w:rsidR="00D11F1D" w:rsidRDefault="00A30F94">
            <w:r>
              <w:rPr>
                <w:sz w:val="15"/>
              </w:rPr>
              <w:t xml:space="preserve">Private </w:t>
            </w:r>
            <w:proofErr w:type="gramStart"/>
            <w:r>
              <w:rPr>
                <w:sz w:val="15"/>
              </w:rPr>
              <w:t>Letter,</w:t>
            </w:r>
            <w:proofErr w:type="gramEnd"/>
            <w:r>
              <w:rPr>
                <w:sz w:val="15"/>
              </w:rPr>
              <w:t xml:space="preserve"> regarding care (Parking Permit, Housing, PIP)</w:t>
            </w:r>
          </w:p>
        </w:tc>
        <w:tc>
          <w:tcPr>
            <w:tcW w:w="1080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00E07E95" w14:textId="77777777" w:rsidR="00D11F1D" w:rsidRDefault="00A30F94">
            <w:pPr>
              <w:jc w:val="center"/>
            </w:pPr>
            <w:r>
              <w:rPr>
                <w:sz w:val="15"/>
              </w:rPr>
              <w:t>£30</w:t>
            </w:r>
          </w:p>
        </w:tc>
        <w:tc>
          <w:tcPr>
            <w:tcW w:w="1512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3F64BC12" w14:textId="77777777" w:rsidR="00D11F1D" w:rsidRDefault="00A30F94">
            <w:pPr>
              <w:jc w:val="center"/>
            </w:pPr>
            <w:r>
              <w:rPr>
                <w:sz w:val="15"/>
              </w:rPr>
              <w:t>28</w:t>
            </w:r>
          </w:p>
        </w:tc>
      </w:tr>
      <w:tr w:rsidR="00D11F1D" w14:paraId="0E691FB3" w14:textId="77777777">
        <w:trPr>
          <w:jc w:val="center"/>
        </w:trPr>
        <w:tc>
          <w:tcPr>
            <w:tcW w:w="792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290DABA0" w14:textId="77777777" w:rsidR="00D11F1D" w:rsidRDefault="00A30F94">
            <w:pPr>
              <w:jc w:val="center"/>
            </w:pPr>
            <w:r>
              <w:rPr>
                <w:sz w:val="15"/>
              </w:rPr>
              <w:t>☐</w:t>
            </w:r>
          </w:p>
        </w:tc>
        <w:tc>
          <w:tcPr>
            <w:tcW w:w="7344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0C7DD466" w14:textId="77777777" w:rsidR="00D11F1D" w:rsidRDefault="00A30F94">
            <w:r>
              <w:rPr>
                <w:sz w:val="15"/>
              </w:rPr>
              <w:t>Private Letter – Incapacity to perform specific activity</w:t>
            </w:r>
          </w:p>
        </w:tc>
        <w:tc>
          <w:tcPr>
            <w:tcW w:w="1080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5249F42B" w14:textId="77777777" w:rsidR="00D11F1D" w:rsidRDefault="00A30F94">
            <w:pPr>
              <w:jc w:val="center"/>
            </w:pPr>
            <w:r>
              <w:rPr>
                <w:sz w:val="15"/>
              </w:rPr>
              <w:t>£30</w:t>
            </w:r>
          </w:p>
        </w:tc>
        <w:tc>
          <w:tcPr>
            <w:tcW w:w="1512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7A28E86A" w14:textId="77777777" w:rsidR="00D11F1D" w:rsidRDefault="00A30F94">
            <w:pPr>
              <w:jc w:val="center"/>
            </w:pPr>
            <w:r>
              <w:rPr>
                <w:sz w:val="15"/>
              </w:rPr>
              <w:t>28</w:t>
            </w:r>
          </w:p>
        </w:tc>
      </w:tr>
      <w:tr w:rsidR="00D11F1D" w14:paraId="779E9007" w14:textId="77777777">
        <w:trPr>
          <w:jc w:val="center"/>
        </w:trPr>
        <w:tc>
          <w:tcPr>
            <w:tcW w:w="792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71F1CCCC" w14:textId="77777777" w:rsidR="00D11F1D" w:rsidRDefault="00A30F94">
            <w:pPr>
              <w:jc w:val="center"/>
            </w:pPr>
            <w:r>
              <w:rPr>
                <w:sz w:val="15"/>
              </w:rPr>
              <w:t>☐</w:t>
            </w:r>
          </w:p>
        </w:tc>
        <w:tc>
          <w:tcPr>
            <w:tcW w:w="7344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644AA5D8" w14:textId="77777777" w:rsidR="00D11F1D" w:rsidRDefault="00A30F94">
            <w:r>
              <w:rPr>
                <w:sz w:val="15"/>
              </w:rPr>
              <w:t>Holiday Cancellation form</w:t>
            </w:r>
          </w:p>
        </w:tc>
        <w:tc>
          <w:tcPr>
            <w:tcW w:w="1080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1EC93380" w14:textId="77777777" w:rsidR="00D11F1D" w:rsidRDefault="00A30F94">
            <w:pPr>
              <w:jc w:val="center"/>
            </w:pPr>
            <w:r>
              <w:rPr>
                <w:sz w:val="15"/>
              </w:rPr>
              <w:t>£30</w:t>
            </w:r>
          </w:p>
        </w:tc>
        <w:tc>
          <w:tcPr>
            <w:tcW w:w="1512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27C97BC9" w14:textId="77777777" w:rsidR="00D11F1D" w:rsidRDefault="00A30F94">
            <w:pPr>
              <w:jc w:val="center"/>
            </w:pPr>
            <w:r>
              <w:rPr>
                <w:sz w:val="15"/>
              </w:rPr>
              <w:t>28</w:t>
            </w:r>
          </w:p>
        </w:tc>
      </w:tr>
      <w:tr w:rsidR="00D11F1D" w14:paraId="23098F2C" w14:textId="77777777">
        <w:trPr>
          <w:jc w:val="center"/>
        </w:trPr>
        <w:tc>
          <w:tcPr>
            <w:tcW w:w="792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19085DB9" w14:textId="77777777" w:rsidR="00D11F1D" w:rsidRDefault="00A30F94">
            <w:pPr>
              <w:jc w:val="center"/>
            </w:pPr>
            <w:r>
              <w:rPr>
                <w:sz w:val="15"/>
              </w:rPr>
              <w:t>☐</w:t>
            </w:r>
          </w:p>
        </w:tc>
        <w:tc>
          <w:tcPr>
            <w:tcW w:w="7344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71003B60" w14:textId="77777777" w:rsidR="00D11F1D" w:rsidRDefault="00A30F94">
            <w:r>
              <w:rPr>
                <w:sz w:val="15"/>
              </w:rPr>
              <w:t>Holiday Cancellation Examination and Report</w:t>
            </w:r>
          </w:p>
        </w:tc>
        <w:tc>
          <w:tcPr>
            <w:tcW w:w="1080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30F2C26B" w14:textId="77777777" w:rsidR="00D11F1D" w:rsidRDefault="00A30F94">
            <w:pPr>
              <w:jc w:val="center"/>
            </w:pPr>
            <w:r>
              <w:rPr>
                <w:sz w:val="15"/>
              </w:rPr>
              <w:t>£150</w:t>
            </w:r>
          </w:p>
        </w:tc>
        <w:tc>
          <w:tcPr>
            <w:tcW w:w="1512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6C19561D" w14:textId="77777777" w:rsidR="00D11F1D" w:rsidRDefault="00A30F94">
            <w:pPr>
              <w:jc w:val="center"/>
            </w:pPr>
            <w:r>
              <w:rPr>
                <w:sz w:val="15"/>
              </w:rPr>
              <w:t>28</w:t>
            </w:r>
          </w:p>
        </w:tc>
      </w:tr>
      <w:tr w:rsidR="00D11F1D" w14:paraId="464E972A" w14:textId="77777777">
        <w:trPr>
          <w:jc w:val="center"/>
        </w:trPr>
        <w:tc>
          <w:tcPr>
            <w:tcW w:w="792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40C64F8B" w14:textId="77777777" w:rsidR="00D11F1D" w:rsidRDefault="00A30F94">
            <w:pPr>
              <w:jc w:val="center"/>
            </w:pPr>
            <w:r>
              <w:rPr>
                <w:sz w:val="15"/>
              </w:rPr>
              <w:lastRenderedPageBreak/>
              <w:t>☐</w:t>
            </w:r>
          </w:p>
        </w:tc>
        <w:tc>
          <w:tcPr>
            <w:tcW w:w="7344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12E6690E" w14:textId="77777777" w:rsidR="00D11F1D" w:rsidRDefault="00A30F94">
            <w:r>
              <w:rPr>
                <w:sz w:val="15"/>
              </w:rPr>
              <w:t>Police Occupational Health Form (single sided)</w:t>
            </w:r>
          </w:p>
        </w:tc>
        <w:tc>
          <w:tcPr>
            <w:tcW w:w="1080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2C590498" w14:textId="77777777" w:rsidR="00D11F1D" w:rsidRDefault="00A30F94">
            <w:pPr>
              <w:jc w:val="center"/>
            </w:pPr>
            <w:r>
              <w:rPr>
                <w:sz w:val="15"/>
              </w:rPr>
              <w:t>£40</w:t>
            </w:r>
          </w:p>
        </w:tc>
        <w:tc>
          <w:tcPr>
            <w:tcW w:w="1512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6E121222" w14:textId="77777777" w:rsidR="00D11F1D" w:rsidRDefault="00A30F94">
            <w:pPr>
              <w:jc w:val="center"/>
            </w:pPr>
            <w:r>
              <w:rPr>
                <w:sz w:val="15"/>
              </w:rPr>
              <w:t>28</w:t>
            </w:r>
          </w:p>
        </w:tc>
      </w:tr>
      <w:tr w:rsidR="00D11F1D" w14:paraId="47F5D80E" w14:textId="77777777">
        <w:trPr>
          <w:jc w:val="center"/>
        </w:trPr>
        <w:tc>
          <w:tcPr>
            <w:tcW w:w="792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500A06FD" w14:textId="77777777" w:rsidR="00D11F1D" w:rsidRDefault="00A30F94">
            <w:pPr>
              <w:jc w:val="center"/>
            </w:pPr>
            <w:r>
              <w:rPr>
                <w:sz w:val="15"/>
              </w:rPr>
              <w:t>☐</w:t>
            </w:r>
          </w:p>
        </w:tc>
        <w:tc>
          <w:tcPr>
            <w:tcW w:w="7344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2BBB04DC" w14:textId="77777777" w:rsidR="00D11F1D" w:rsidRDefault="00A30F94">
            <w:r>
              <w:rPr>
                <w:sz w:val="15"/>
              </w:rPr>
              <w:t xml:space="preserve">Police Form (Shotgun </w:t>
            </w:r>
            <w:proofErr w:type="spellStart"/>
            <w:r>
              <w:rPr>
                <w:sz w:val="15"/>
              </w:rPr>
              <w:t>Licence</w:t>
            </w:r>
            <w:proofErr w:type="spellEnd"/>
            <w:r>
              <w:rPr>
                <w:sz w:val="15"/>
              </w:rPr>
              <w:t xml:space="preserve"> Application)</w:t>
            </w:r>
          </w:p>
        </w:tc>
        <w:tc>
          <w:tcPr>
            <w:tcW w:w="1080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40B62372" w14:textId="77777777" w:rsidR="00D11F1D" w:rsidRDefault="00A30F94">
            <w:pPr>
              <w:jc w:val="center"/>
            </w:pPr>
            <w:r>
              <w:rPr>
                <w:sz w:val="15"/>
              </w:rPr>
              <w:t>£65</w:t>
            </w:r>
          </w:p>
        </w:tc>
        <w:tc>
          <w:tcPr>
            <w:tcW w:w="1512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267A96BF" w14:textId="77777777" w:rsidR="00D11F1D" w:rsidRDefault="00A30F94">
            <w:pPr>
              <w:jc w:val="center"/>
            </w:pPr>
            <w:r>
              <w:rPr>
                <w:sz w:val="15"/>
              </w:rPr>
              <w:t>28</w:t>
            </w:r>
          </w:p>
        </w:tc>
      </w:tr>
      <w:tr w:rsidR="00D11F1D" w14:paraId="3ADFB49F" w14:textId="77777777">
        <w:trPr>
          <w:jc w:val="center"/>
        </w:trPr>
        <w:tc>
          <w:tcPr>
            <w:tcW w:w="792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3D6E738B" w14:textId="77777777" w:rsidR="00D11F1D" w:rsidRDefault="00A30F94">
            <w:pPr>
              <w:jc w:val="center"/>
            </w:pPr>
            <w:r>
              <w:rPr>
                <w:sz w:val="15"/>
              </w:rPr>
              <w:t>☐</w:t>
            </w:r>
          </w:p>
        </w:tc>
        <w:tc>
          <w:tcPr>
            <w:tcW w:w="7344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515368E5" w14:textId="77777777" w:rsidR="00D11F1D" w:rsidRDefault="00A30F94">
            <w:r>
              <w:rPr>
                <w:sz w:val="15"/>
              </w:rPr>
              <w:t>OFSTED, Child minding form</w:t>
            </w:r>
          </w:p>
        </w:tc>
        <w:tc>
          <w:tcPr>
            <w:tcW w:w="1080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07EC0B63" w14:textId="77777777" w:rsidR="00D11F1D" w:rsidRDefault="00A30F94">
            <w:pPr>
              <w:jc w:val="center"/>
            </w:pPr>
            <w:r>
              <w:rPr>
                <w:sz w:val="15"/>
              </w:rPr>
              <w:t>£32</w:t>
            </w:r>
          </w:p>
        </w:tc>
        <w:tc>
          <w:tcPr>
            <w:tcW w:w="1512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057D818D" w14:textId="77777777" w:rsidR="00D11F1D" w:rsidRDefault="00A30F94">
            <w:pPr>
              <w:jc w:val="center"/>
            </w:pPr>
            <w:r>
              <w:rPr>
                <w:sz w:val="15"/>
              </w:rPr>
              <w:t>28</w:t>
            </w:r>
          </w:p>
        </w:tc>
      </w:tr>
      <w:tr w:rsidR="00D11F1D" w14:paraId="67311D12" w14:textId="77777777">
        <w:trPr>
          <w:jc w:val="center"/>
        </w:trPr>
        <w:tc>
          <w:tcPr>
            <w:tcW w:w="792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33210CA8" w14:textId="77777777" w:rsidR="00D11F1D" w:rsidRDefault="00A30F94">
            <w:pPr>
              <w:jc w:val="center"/>
            </w:pPr>
            <w:r>
              <w:rPr>
                <w:sz w:val="15"/>
              </w:rPr>
              <w:t>☐</w:t>
            </w:r>
          </w:p>
        </w:tc>
        <w:tc>
          <w:tcPr>
            <w:tcW w:w="7344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15EF5B28" w14:textId="77777777" w:rsidR="00D11F1D" w:rsidRDefault="00A30F94">
            <w:r>
              <w:rPr>
                <w:sz w:val="15"/>
              </w:rPr>
              <w:t>Medical Examinations (HGV/PCV/Taxi, Seat belt exemption, sports, private, holiday cancellation)</w:t>
            </w:r>
          </w:p>
        </w:tc>
        <w:tc>
          <w:tcPr>
            <w:tcW w:w="1080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1A88C402" w14:textId="77777777" w:rsidR="00D11F1D" w:rsidRDefault="00A30F94">
            <w:pPr>
              <w:jc w:val="center"/>
            </w:pPr>
            <w:r>
              <w:rPr>
                <w:sz w:val="15"/>
              </w:rPr>
              <w:t>£75</w:t>
            </w:r>
          </w:p>
        </w:tc>
        <w:tc>
          <w:tcPr>
            <w:tcW w:w="1512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0BD4363B" w14:textId="77777777" w:rsidR="00D11F1D" w:rsidRDefault="00A30F94">
            <w:pPr>
              <w:jc w:val="center"/>
            </w:pPr>
            <w:r>
              <w:rPr>
                <w:sz w:val="15"/>
              </w:rPr>
              <w:t>28</w:t>
            </w:r>
          </w:p>
        </w:tc>
      </w:tr>
      <w:tr w:rsidR="00D11F1D" w14:paraId="482AA57E" w14:textId="77777777">
        <w:trPr>
          <w:jc w:val="center"/>
        </w:trPr>
        <w:tc>
          <w:tcPr>
            <w:tcW w:w="792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623518C0" w14:textId="77777777" w:rsidR="00D11F1D" w:rsidRDefault="00A30F94">
            <w:pPr>
              <w:jc w:val="center"/>
            </w:pPr>
            <w:r>
              <w:rPr>
                <w:sz w:val="15"/>
              </w:rPr>
              <w:t>☐</w:t>
            </w:r>
          </w:p>
        </w:tc>
        <w:tc>
          <w:tcPr>
            <w:tcW w:w="7344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2A035618" w14:textId="77777777" w:rsidR="00D11F1D" w:rsidRDefault="00A30F94">
            <w:r>
              <w:rPr>
                <w:sz w:val="15"/>
              </w:rPr>
              <w:t>Medical Report – No examination (Insurance Claim, Police Form – No Examination)</w:t>
            </w:r>
          </w:p>
        </w:tc>
        <w:tc>
          <w:tcPr>
            <w:tcW w:w="1080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5D0A901D" w14:textId="77777777" w:rsidR="00D11F1D" w:rsidRDefault="00A30F94">
            <w:pPr>
              <w:jc w:val="center"/>
            </w:pPr>
            <w:r>
              <w:rPr>
                <w:sz w:val="15"/>
              </w:rPr>
              <w:t>£65</w:t>
            </w:r>
          </w:p>
        </w:tc>
        <w:tc>
          <w:tcPr>
            <w:tcW w:w="1512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7947879E" w14:textId="77777777" w:rsidR="00D11F1D" w:rsidRDefault="00A30F94">
            <w:pPr>
              <w:jc w:val="center"/>
            </w:pPr>
            <w:r>
              <w:rPr>
                <w:sz w:val="15"/>
              </w:rPr>
              <w:t>28</w:t>
            </w:r>
          </w:p>
        </w:tc>
      </w:tr>
      <w:tr w:rsidR="00D11F1D" w14:paraId="014C2E4F" w14:textId="77777777">
        <w:trPr>
          <w:jc w:val="center"/>
        </w:trPr>
        <w:tc>
          <w:tcPr>
            <w:tcW w:w="792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271BBE99" w14:textId="77777777" w:rsidR="00D11F1D" w:rsidRDefault="00A30F94">
            <w:pPr>
              <w:jc w:val="center"/>
            </w:pPr>
            <w:r>
              <w:rPr>
                <w:sz w:val="15"/>
              </w:rPr>
              <w:t>☐</w:t>
            </w:r>
          </w:p>
        </w:tc>
        <w:tc>
          <w:tcPr>
            <w:tcW w:w="7344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6E6BB5AB" w14:textId="77777777" w:rsidR="00D11F1D" w:rsidRDefault="00A30F94">
            <w:r>
              <w:rPr>
                <w:sz w:val="15"/>
              </w:rPr>
              <w:t>Yellow Fever Vaccine &amp; Certificate</w:t>
            </w:r>
          </w:p>
        </w:tc>
        <w:tc>
          <w:tcPr>
            <w:tcW w:w="1080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352542E7" w14:textId="77777777" w:rsidR="00D11F1D" w:rsidRDefault="00A30F94">
            <w:pPr>
              <w:jc w:val="center"/>
            </w:pPr>
            <w:r>
              <w:rPr>
                <w:sz w:val="15"/>
              </w:rPr>
              <w:t>£75</w:t>
            </w:r>
          </w:p>
        </w:tc>
        <w:tc>
          <w:tcPr>
            <w:tcW w:w="1512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71847367" w14:textId="77777777" w:rsidR="00D11F1D" w:rsidRDefault="00A30F94">
            <w:pPr>
              <w:jc w:val="center"/>
            </w:pPr>
            <w:r>
              <w:rPr>
                <w:sz w:val="15"/>
              </w:rPr>
              <w:t>—</w:t>
            </w:r>
          </w:p>
        </w:tc>
      </w:tr>
      <w:tr w:rsidR="00D11F1D" w14:paraId="0BD790F0" w14:textId="77777777">
        <w:trPr>
          <w:jc w:val="center"/>
        </w:trPr>
        <w:tc>
          <w:tcPr>
            <w:tcW w:w="792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629931C9" w14:textId="77777777" w:rsidR="00D11F1D" w:rsidRDefault="00A30F94">
            <w:pPr>
              <w:jc w:val="center"/>
            </w:pPr>
            <w:r>
              <w:rPr>
                <w:sz w:val="15"/>
              </w:rPr>
              <w:t>☐</w:t>
            </w:r>
          </w:p>
        </w:tc>
        <w:tc>
          <w:tcPr>
            <w:tcW w:w="7344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2A17E8DA" w14:textId="77777777" w:rsidR="00D11F1D" w:rsidRDefault="00A30F94">
            <w:r>
              <w:rPr>
                <w:sz w:val="15"/>
              </w:rPr>
              <w:t>Yellow Fever Certificate Replacement</w:t>
            </w:r>
          </w:p>
        </w:tc>
        <w:tc>
          <w:tcPr>
            <w:tcW w:w="1080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724CC9A9" w14:textId="77777777" w:rsidR="00D11F1D" w:rsidRDefault="00A30F94">
            <w:pPr>
              <w:jc w:val="center"/>
            </w:pPr>
            <w:r>
              <w:rPr>
                <w:sz w:val="15"/>
              </w:rPr>
              <w:t>£15</w:t>
            </w:r>
          </w:p>
        </w:tc>
        <w:tc>
          <w:tcPr>
            <w:tcW w:w="1512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06E149C4" w14:textId="77777777" w:rsidR="00D11F1D" w:rsidRDefault="00A30F94">
            <w:pPr>
              <w:jc w:val="center"/>
            </w:pPr>
            <w:r>
              <w:rPr>
                <w:sz w:val="15"/>
              </w:rPr>
              <w:t>—</w:t>
            </w:r>
          </w:p>
        </w:tc>
      </w:tr>
      <w:tr w:rsidR="00D11F1D" w14:paraId="79A7A382" w14:textId="77777777">
        <w:trPr>
          <w:jc w:val="center"/>
        </w:trPr>
        <w:tc>
          <w:tcPr>
            <w:tcW w:w="792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67E00B85" w14:textId="77777777" w:rsidR="00D11F1D" w:rsidRDefault="00A30F94">
            <w:pPr>
              <w:jc w:val="center"/>
            </w:pPr>
            <w:r>
              <w:rPr>
                <w:sz w:val="15"/>
              </w:rPr>
              <w:t>☐</w:t>
            </w:r>
          </w:p>
        </w:tc>
        <w:tc>
          <w:tcPr>
            <w:tcW w:w="7344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1926E056" w14:textId="77777777" w:rsidR="00D11F1D" w:rsidRDefault="00A30F94">
            <w:r>
              <w:rPr>
                <w:sz w:val="15"/>
              </w:rPr>
              <w:t>ACWY Vaccine &amp; Certificate</w:t>
            </w:r>
          </w:p>
        </w:tc>
        <w:tc>
          <w:tcPr>
            <w:tcW w:w="1080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0378EFC1" w14:textId="77777777" w:rsidR="00D11F1D" w:rsidRDefault="00A30F94">
            <w:pPr>
              <w:jc w:val="center"/>
            </w:pPr>
            <w:r>
              <w:rPr>
                <w:sz w:val="15"/>
              </w:rPr>
              <w:t>£50</w:t>
            </w:r>
          </w:p>
        </w:tc>
        <w:tc>
          <w:tcPr>
            <w:tcW w:w="1512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51926E8B" w14:textId="77777777" w:rsidR="00D11F1D" w:rsidRDefault="00A30F94">
            <w:pPr>
              <w:jc w:val="center"/>
            </w:pPr>
            <w:r>
              <w:rPr>
                <w:sz w:val="15"/>
              </w:rPr>
              <w:t>—</w:t>
            </w:r>
          </w:p>
        </w:tc>
      </w:tr>
      <w:tr w:rsidR="00D11F1D" w14:paraId="0999B0DB" w14:textId="77777777">
        <w:trPr>
          <w:jc w:val="center"/>
        </w:trPr>
        <w:tc>
          <w:tcPr>
            <w:tcW w:w="792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2F38AA57" w14:textId="77777777" w:rsidR="00D11F1D" w:rsidRDefault="00A30F94">
            <w:pPr>
              <w:jc w:val="center"/>
            </w:pPr>
            <w:r>
              <w:rPr>
                <w:sz w:val="15"/>
              </w:rPr>
              <w:t>☐</w:t>
            </w:r>
          </w:p>
        </w:tc>
        <w:tc>
          <w:tcPr>
            <w:tcW w:w="7344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2BEB85AD" w14:textId="77777777" w:rsidR="00D11F1D" w:rsidRDefault="00A30F94">
            <w:r>
              <w:rPr>
                <w:sz w:val="15"/>
              </w:rPr>
              <w:t>ACWY Certificate Replacement</w:t>
            </w:r>
          </w:p>
        </w:tc>
        <w:tc>
          <w:tcPr>
            <w:tcW w:w="1080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05740EED" w14:textId="77777777" w:rsidR="00D11F1D" w:rsidRDefault="00A30F94">
            <w:pPr>
              <w:jc w:val="center"/>
            </w:pPr>
            <w:r>
              <w:rPr>
                <w:sz w:val="15"/>
              </w:rPr>
              <w:t>£15</w:t>
            </w:r>
          </w:p>
        </w:tc>
        <w:tc>
          <w:tcPr>
            <w:tcW w:w="1512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506D3BBD" w14:textId="77777777" w:rsidR="00D11F1D" w:rsidRDefault="00A30F94">
            <w:pPr>
              <w:jc w:val="center"/>
            </w:pPr>
            <w:r>
              <w:rPr>
                <w:sz w:val="15"/>
              </w:rPr>
              <w:t>—</w:t>
            </w:r>
          </w:p>
        </w:tc>
      </w:tr>
      <w:tr w:rsidR="00D11F1D" w14:paraId="599B66D7" w14:textId="77777777">
        <w:trPr>
          <w:jc w:val="center"/>
        </w:trPr>
        <w:tc>
          <w:tcPr>
            <w:tcW w:w="792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68228A50" w14:textId="77777777" w:rsidR="00D11F1D" w:rsidRDefault="00A30F94">
            <w:pPr>
              <w:jc w:val="center"/>
            </w:pPr>
            <w:r>
              <w:rPr>
                <w:sz w:val="15"/>
              </w:rPr>
              <w:t>☐</w:t>
            </w:r>
          </w:p>
        </w:tc>
        <w:tc>
          <w:tcPr>
            <w:tcW w:w="7344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10210737" w14:textId="77777777" w:rsidR="00D11F1D" w:rsidRDefault="00A30F94">
            <w:r>
              <w:rPr>
                <w:sz w:val="15"/>
              </w:rPr>
              <w:t>Adoption / Fostering – Assessment</w:t>
            </w:r>
          </w:p>
        </w:tc>
        <w:tc>
          <w:tcPr>
            <w:tcW w:w="1080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5E1E8EE3" w14:textId="77777777" w:rsidR="00D11F1D" w:rsidRDefault="00A30F94">
            <w:pPr>
              <w:jc w:val="center"/>
            </w:pPr>
            <w:r>
              <w:rPr>
                <w:sz w:val="15"/>
              </w:rPr>
              <w:t>£90</w:t>
            </w:r>
          </w:p>
        </w:tc>
        <w:tc>
          <w:tcPr>
            <w:tcW w:w="1512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555C865C" w14:textId="77777777" w:rsidR="00D11F1D" w:rsidRDefault="00A30F94">
            <w:pPr>
              <w:jc w:val="center"/>
            </w:pPr>
            <w:r>
              <w:rPr>
                <w:sz w:val="15"/>
              </w:rPr>
              <w:t>—</w:t>
            </w:r>
          </w:p>
        </w:tc>
      </w:tr>
      <w:tr w:rsidR="00D11F1D" w14:paraId="1368A917" w14:textId="77777777">
        <w:trPr>
          <w:jc w:val="center"/>
        </w:trPr>
        <w:tc>
          <w:tcPr>
            <w:tcW w:w="792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39C523C4" w14:textId="77777777" w:rsidR="00D11F1D" w:rsidRDefault="00A30F94">
            <w:pPr>
              <w:jc w:val="center"/>
            </w:pPr>
            <w:r>
              <w:rPr>
                <w:sz w:val="15"/>
              </w:rPr>
              <w:t>☐</w:t>
            </w:r>
          </w:p>
        </w:tc>
        <w:tc>
          <w:tcPr>
            <w:tcW w:w="7344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5AF9F1FD" w14:textId="77777777" w:rsidR="00D11F1D" w:rsidRDefault="00A30F94">
            <w:r>
              <w:rPr>
                <w:sz w:val="15"/>
              </w:rPr>
              <w:t>Adoption / Fostering – Update</w:t>
            </w:r>
          </w:p>
        </w:tc>
        <w:tc>
          <w:tcPr>
            <w:tcW w:w="1080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41C5644E" w14:textId="77777777" w:rsidR="00D11F1D" w:rsidRDefault="00A30F94">
            <w:pPr>
              <w:jc w:val="center"/>
            </w:pPr>
            <w:r>
              <w:rPr>
                <w:sz w:val="15"/>
              </w:rPr>
              <w:t>£50</w:t>
            </w:r>
          </w:p>
        </w:tc>
        <w:tc>
          <w:tcPr>
            <w:tcW w:w="1512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4CA5E5AB" w14:textId="77777777" w:rsidR="00D11F1D" w:rsidRDefault="00A30F94">
            <w:pPr>
              <w:jc w:val="center"/>
            </w:pPr>
            <w:r>
              <w:rPr>
                <w:sz w:val="15"/>
              </w:rPr>
              <w:t>—</w:t>
            </w:r>
          </w:p>
        </w:tc>
      </w:tr>
    </w:tbl>
    <w:p w14:paraId="312B9446" w14:textId="77777777" w:rsidR="00D11F1D" w:rsidRDefault="00D11F1D"/>
    <w:p w14:paraId="6FE40EC1" w14:textId="77777777" w:rsidR="00D11F1D" w:rsidRDefault="00A30F94">
      <w:r>
        <w:rPr>
          <w:b/>
          <w:sz w:val="22"/>
        </w:rPr>
        <w:t>3. DETAILS OF REQUEST</w:t>
      </w:r>
    </w:p>
    <w:p w14:paraId="1B16ED57" w14:textId="77777777" w:rsidR="00D11F1D" w:rsidRDefault="00A30F94">
      <w:pPr>
        <w:spacing w:after="60"/>
      </w:pPr>
      <w:r>
        <w:t xml:space="preserve">Please provide specific details of what is being requested. For letters/forms, include any relevant </w:t>
      </w:r>
      <w:proofErr w:type="spellStart"/>
      <w:r>
        <w:t>organisation</w:t>
      </w:r>
      <w:proofErr w:type="spellEnd"/>
      <w:r>
        <w:t>, deadline and purpose.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512"/>
      </w:tblGrid>
      <w:tr w:rsidR="00D11F1D" w14:paraId="4A0939F5" w14:textId="77777777">
        <w:trPr>
          <w:jc w:val="center"/>
        </w:trPr>
        <w:tc>
          <w:tcPr>
            <w:tcW w:w="10512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99BD362" w14:textId="77777777" w:rsidR="00D11F1D" w:rsidRDefault="00A30F94">
            <w:r>
              <w:t>Details / information required:</w:t>
            </w:r>
          </w:p>
        </w:tc>
      </w:tr>
      <w:tr w:rsidR="00D11F1D" w14:paraId="4E0C8AB6" w14:textId="77777777">
        <w:trPr>
          <w:jc w:val="center"/>
        </w:trPr>
        <w:tc>
          <w:tcPr>
            <w:tcW w:w="10512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EED5376" w14:textId="77777777" w:rsidR="00B667A9" w:rsidRDefault="00B667A9"/>
          <w:p w14:paraId="7657C397" w14:textId="77777777" w:rsidR="00B667A9" w:rsidRDefault="00B667A9"/>
          <w:p w14:paraId="73109144" w14:textId="77777777" w:rsidR="00B667A9" w:rsidRDefault="00B667A9"/>
          <w:p w14:paraId="24638F45" w14:textId="77777777" w:rsidR="00B667A9" w:rsidRDefault="00B667A9"/>
          <w:p w14:paraId="26357B92" w14:textId="77777777" w:rsidR="00B667A9" w:rsidRDefault="00B667A9"/>
          <w:p w14:paraId="5A2FC838" w14:textId="77777777" w:rsidR="00B667A9" w:rsidRDefault="00B667A9"/>
          <w:p w14:paraId="6736EA3A" w14:textId="77777777" w:rsidR="00B667A9" w:rsidRDefault="00B667A9"/>
          <w:p w14:paraId="5F01404C" w14:textId="0A3D5554" w:rsidR="00D11F1D" w:rsidRDefault="00A30F94">
            <w:r>
              <w:br/>
            </w:r>
            <w:r>
              <w:br/>
            </w:r>
          </w:p>
        </w:tc>
      </w:tr>
      <w:tr w:rsidR="00D11F1D" w14:paraId="6CBD29D0" w14:textId="77777777">
        <w:trPr>
          <w:jc w:val="center"/>
        </w:trPr>
        <w:tc>
          <w:tcPr>
            <w:tcW w:w="10512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2323F8F" w14:textId="77777777" w:rsidR="00D11F1D" w:rsidRDefault="00A30F94">
            <w:proofErr w:type="spellStart"/>
            <w:r>
              <w:t>Organisation</w:t>
            </w:r>
            <w:proofErr w:type="spellEnd"/>
            <w:r>
              <w:t xml:space="preserve"> / recipient (if applicable): ________________________________________________</w:t>
            </w:r>
          </w:p>
        </w:tc>
      </w:tr>
      <w:tr w:rsidR="00D11F1D" w14:paraId="2414E6F9" w14:textId="77777777">
        <w:trPr>
          <w:jc w:val="center"/>
        </w:trPr>
        <w:tc>
          <w:tcPr>
            <w:tcW w:w="10512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F9FABD" w14:textId="43304B69" w:rsidR="00D11F1D" w:rsidRDefault="00D11F1D"/>
        </w:tc>
      </w:tr>
    </w:tbl>
    <w:p w14:paraId="50EDAEC8" w14:textId="77777777" w:rsidR="00D11F1D" w:rsidRDefault="00D11F1D"/>
    <w:p w14:paraId="7F3EE020" w14:textId="77777777" w:rsidR="00D11F1D" w:rsidRDefault="00D11F1D"/>
    <w:p w14:paraId="2A291846" w14:textId="6B51252F" w:rsidR="00D11F1D" w:rsidRDefault="00744521">
      <w:r>
        <w:rPr>
          <w:b/>
          <w:sz w:val="22"/>
        </w:rPr>
        <w:t>4</w:t>
      </w:r>
      <w:r w:rsidR="00A30F94">
        <w:rPr>
          <w:b/>
          <w:sz w:val="22"/>
        </w:rPr>
        <w:t>. PATIENT DECLARATION</w:t>
      </w:r>
    </w:p>
    <w:p w14:paraId="0594F798" w14:textId="77777777" w:rsidR="00D11F1D" w:rsidRDefault="00A30F94">
      <w:pPr>
        <w:spacing w:after="160"/>
      </w:pPr>
      <w:r>
        <w:t>I confirm that the information provided on this form is accurate and that I am requesting private/non-NHS work. I understand that fees apply as stated above and that payment does not guarantee that a GP will be able to provide the requested letter, report, certificate or form. I understand that the request may require review of my medical records and/or a clinical assessment where applicable.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256"/>
        <w:gridCol w:w="5256"/>
      </w:tblGrid>
      <w:tr w:rsidR="00D11F1D" w14:paraId="25B06FE0" w14:textId="77777777">
        <w:trPr>
          <w:jc w:val="center"/>
        </w:trPr>
        <w:tc>
          <w:tcPr>
            <w:tcW w:w="5256" w:type="dxa"/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3EEB449B" w14:textId="77777777" w:rsidR="00D11F1D" w:rsidRDefault="00A30F94">
            <w:r>
              <w:t>Patient signature: __________________________________</w:t>
            </w:r>
          </w:p>
        </w:tc>
        <w:tc>
          <w:tcPr>
            <w:tcW w:w="5256" w:type="dxa"/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62B3C599" w14:textId="77777777" w:rsidR="00D11F1D" w:rsidRDefault="00A30F94">
            <w:r>
              <w:t>Date: __________________</w:t>
            </w:r>
          </w:p>
        </w:tc>
      </w:tr>
      <w:tr w:rsidR="00D11F1D" w14:paraId="51056553" w14:textId="77777777">
        <w:trPr>
          <w:jc w:val="center"/>
        </w:trPr>
        <w:tc>
          <w:tcPr>
            <w:tcW w:w="5256" w:type="dxa"/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7CC0B06D" w14:textId="77777777" w:rsidR="00D11F1D" w:rsidRDefault="00A30F94">
            <w:r>
              <w:t>Parent / representative signature (if applicable): ______________________________</w:t>
            </w:r>
          </w:p>
        </w:tc>
        <w:tc>
          <w:tcPr>
            <w:tcW w:w="5256" w:type="dxa"/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073D2D74" w14:textId="77777777" w:rsidR="00D11F1D" w:rsidRDefault="00A30F94">
            <w:r>
              <w:t>Relationship: __________________</w:t>
            </w:r>
          </w:p>
        </w:tc>
      </w:tr>
      <w:tr w:rsidR="00D11F1D" w14:paraId="2989C27D" w14:textId="77777777">
        <w:trPr>
          <w:jc w:val="center"/>
        </w:trPr>
        <w:tc>
          <w:tcPr>
            <w:tcW w:w="10512" w:type="dxa"/>
            <w:gridSpan w:val="2"/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570D051B" w14:textId="77777777" w:rsidR="00D11F1D" w:rsidRDefault="00A30F94">
            <w:r>
              <w:t>Staff notes / outcome: __________________________________________________________________________________</w:t>
            </w:r>
          </w:p>
        </w:tc>
      </w:tr>
    </w:tbl>
    <w:p w14:paraId="321CDDF0" w14:textId="55DD9A0D" w:rsidR="00D11F1D" w:rsidRDefault="00D11F1D" w:rsidP="00744521"/>
    <w:sectPr w:rsidR="00D11F1D" w:rsidSect="00034616">
      <w:headerReference w:type="default" r:id="rId8"/>
      <w:footerReference w:type="default" r:id="rId9"/>
      <w:pgSz w:w="12240" w:h="15840"/>
      <w:pgMar w:top="792" w:right="864" w:bottom="792" w:left="86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8069FE" w14:textId="77777777" w:rsidR="00654042" w:rsidRDefault="00654042">
      <w:pPr>
        <w:spacing w:after="0" w:line="240" w:lineRule="auto"/>
      </w:pPr>
      <w:r>
        <w:separator/>
      </w:r>
    </w:p>
  </w:endnote>
  <w:endnote w:type="continuationSeparator" w:id="0">
    <w:p w14:paraId="54052D4D" w14:textId="77777777" w:rsidR="00654042" w:rsidRDefault="006540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3C608C" w14:textId="77777777" w:rsidR="00D11F1D" w:rsidRDefault="00A30F94">
    <w:pPr>
      <w:pStyle w:val="Footer"/>
      <w:jc w:val="center"/>
    </w:pPr>
    <w:r>
      <w:t xml:space="preserve">Page </w:t>
    </w:r>
    <w:r>
      <w:fldChar w:fldCharType="begin"/>
    </w:r>
    <w:r>
      <w:instrText>PAGE</w:instrText>
    </w:r>
    <w:r>
      <w:fldChar w:fldCharType="separate"/>
    </w:r>
    <w:r w:rsidR="00B667A9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B4B16D" w14:textId="77777777" w:rsidR="00654042" w:rsidRDefault="00654042">
      <w:pPr>
        <w:spacing w:after="0" w:line="240" w:lineRule="auto"/>
      </w:pPr>
      <w:r>
        <w:separator/>
      </w:r>
    </w:p>
  </w:footnote>
  <w:footnote w:type="continuationSeparator" w:id="0">
    <w:p w14:paraId="75E6E7B5" w14:textId="77777777" w:rsidR="00654042" w:rsidRDefault="006540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59C835" w14:textId="445D4F5E" w:rsidR="00B667A9" w:rsidRPr="00B667A9" w:rsidRDefault="00B667A9" w:rsidP="00B667A9">
    <w:pPr>
      <w:pStyle w:val="Header"/>
      <w:jc w:val="center"/>
      <w:rPr>
        <w:b/>
        <w:bCs/>
        <w:sz w:val="44"/>
        <w:szCs w:val="44"/>
      </w:rPr>
    </w:pPr>
    <w:r w:rsidRPr="00B667A9">
      <w:rPr>
        <w:b/>
        <w:bCs/>
        <w:sz w:val="44"/>
        <w:szCs w:val="44"/>
      </w:rPr>
      <w:t>ROYAL DOCKS MEDICAL PRACTICE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29248792">
    <w:abstractNumId w:val="8"/>
  </w:num>
  <w:num w:numId="2" w16cid:durableId="2056850915">
    <w:abstractNumId w:val="6"/>
  </w:num>
  <w:num w:numId="3" w16cid:durableId="2008825356">
    <w:abstractNumId w:val="5"/>
  </w:num>
  <w:num w:numId="4" w16cid:durableId="188494470">
    <w:abstractNumId w:val="4"/>
  </w:num>
  <w:num w:numId="5" w16cid:durableId="1363937413">
    <w:abstractNumId w:val="7"/>
  </w:num>
  <w:num w:numId="6" w16cid:durableId="1641302983">
    <w:abstractNumId w:val="3"/>
  </w:num>
  <w:num w:numId="7" w16cid:durableId="1409110461">
    <w:abstractNumId w:val="2"/>
  </w:num>
  <w:num w:numId="8" w16cid:durableId="286084871">
    <w:abstractNumId w:val="1"/>
  </w:num>
  <w:num w:numId="9" w16cid:durableId="4672805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4527B"/>
    <w:rsid w:val="00487EF7"/>
    <w:rsid w:val="00654042"/>
    <w:rsid w:val="00744521"/>
    <w:rsid w:val="00753BF1"/>
    <w:rsid w:val="00796BEF"/>
    <w:rsid w:val="00A30F94"/>
    <w:rsid w:val="00AA1D8D"/>
    <w:rsid w:val="00AD27F7"/>
    <w:rsid w:val="00B47730"/>
    <w:rsid w:val="00B667A9"/>
    <w:rsid w:val="00C52B0C"/>
    <w:rsid w:val="00CB0664"/>
    <w:rsid w:val="00D11F1D"/>
    <w:rsid w:val="00EF31FD"/>
    <w:rsid w:val="00FC693F"/>
    <w:rsid w:val="00FD7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CE6E763"/>
  <w14:defaultImageDpi w14:val="300"/>
  <w15:docId w15:val="{7D2C62C5-B05A-4C44-910D-2C0CFD2149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7c354b2-85b0-47f5-b222-07b48d774ee3}" enabled="0" method="" siteId="{37c354b2-85b0-47f5-b222-07b48d774ee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</Pages>
  <Words>440</Words>
  <Characters>2512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2947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BANGS, Katy (ROYAL DOCKS MEDICAL PRACTICE)</cp:lastModifiedBy>
  <cp:revision>7</cp:revision>
  <dcterms:created xsi:type="dcterms:W3CDTF">2026-09-29T14:13:00Z</dcterms:created>
  <dcterms:modified xsi:type="dcterms:W3CDTF">2026-09-30T09:45:00Z</dcterms:modified>
  <cp:category/>
</cp:coreProperties>
</file>